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rPr>
          <w:b/>
          <w:sz w:val="22"/>
        </w:rPr>
        <w:t>SCHOLARSHIP APPLICATION LETTER</w:t>
      </w:r>
    </w:p>
    <w:p>
      <w:pPr>
        <w:jc w:val="both"/>
      </w:pPr>
      <w:r>
        <w:rPr>
          <w:b w:val="0"/>
          <w:sz w:val="22"/>
        </w:rPr>
        <w:t>[Your Name]</w:t>
      </w:r>
    </w:p>
    <w:p>
      <w:pPr>
        <w:jc w:val="both"/>
      </w:pPr>
      <w:r>
        <w:rPr>
          <w:b w:val="0"/>
          <w:sz w:val="22"/>
        </w:rPr>
        <w:t>[Your Address]</w:t>
      </w:r>
    </w:p>
    <w:p>
      <w:pPr>
        <w:jc w:val="both"/>
      </w:pPr>
      <w:r>
        <w:rPr>
          <w:b w:val="0"/>
          <w:sz w:val="22"/>
        </w:rPr>
        <w:t>[City, State, Zip Code]</w:t>
      </w:r>
    </w:p>
    <w:p>
      <w:pPr>
        <w:jc w:val="both"/>
      </w:pPr>
      <w:r>
        <w:rPr>
          <w:b w:val="0"/>
          <w:sz w:val="22"/>
        </w:rPr>
        <w:t>[Email Address] | [Phone Number]</w:t>
      </w:r>
    </w:p>
    <w:p>
      <w:pPr>
        <w:jc w:val="both"/>
      </w:pPr>
      <w:r>
        <w:rPr>
          <w:b w:val="0"/>
          <w:sz w:val="22"/>
        </w:rPr>
        <w:t>[Date]</w:t>
      </w:r>
    </w:p>
    <w:p>
      <w:pPr>
        <w:jc w:val="both"/>
      </w:pPr>
      <w:r>
        <w:rPr>
          <w:b w:val="0"/>
          <w:sz w:val="22"/>
        </w:rPr>
      </w:r>
    </w:p>
    <w:p>
      <w:pPr>
        <w:jc w:val="both"/>
      </w:pPr>
      <w:r>
        <w:rPr>
          <w:b w:val="0"/>
          <w:sz w:val="22"/>
        </w:rPr>
        <w:t>[Scholarship Committee Name]</w:t>
      </w:r>
    </w:p>
    <w:p>
      <w:pPr>
        <w:jc w:val="both"/>
      </w:pPr>
      <w:r>
        <w:rPr>
          <w:b w:val="0"/>
          <w:sz w:val="22"/>
        </w:rPr>
        <w:t>[Organization/University Name]</w:t>
      </w:r>
    </w:p>
    <w:p>
      <w:pPr>
        <w:jc w:val="both"/>
      </w:pPr>
      <w:r>
        <w:rPr>
          <w:b w:val="0"/>
          <w:sz w:val="22"/>
        </w:rPr>
        <w:t>[Address]</w:t>
      </w:r>
    </w:p>
    <w:p>
      <w:pPr>
        <w:jc w:val="both"/>
      </w:pPr>
      <w:r>
        <w:rPr>
          <w:b w:val="0"/>
          <w:sz w:val="22"/>
        </w:rPr>
      </w:r>
    </w:p>
    <w:p>
      <w:pPr>
        <w:jc w:val="both"/>
      </w:pPr>
      <w:r>
        <w:rPr>
          <w:b w:val="0"/>
          <w:sz w:val="22"/>
        </w:rPr>
        <w:t>Subject: Application for Scholarship</w:t>
      </w:r>
    </w:p>
    <w:p>
      <w:pPr>
        <w:jc w:val="both"/>
      </w:pPr>
      <w:r>
        <w:rPr>
          <w:b w:val="0"/>
          <w:sz w:val="22"/>
        </w:rPr>
        <w:t>Dear [Scholarship Committee Name],</w:t>
      </w:r>
    </w:p>
    <w:p>
      <w:pPr>
        <w:jc w:val="both"/>
      </w:pPr>
      <w:r>
        <w:rPr>
          <w:b w:val="0"/>
          <w:sz w:val="22"/>
        </w:rPr>
        <w:t>I am writing to submit my application for the [Scholarship Name] offered by [Organization/University Name]. I am currently enrolled in [Your Course/Program] at [Your Institution] and seek financial assistance to support my academic journey.</w:t>
      </w:r>
    </w:p>
    <w:p>
      <w:pPr>
        <w:jc w:val="both"/>
      </w:pPr>
      <w:r>
        <w:rPr>
          <w:b w:val="0"/>
          <w:sz w:val="22"/>
        </w:rPr>
        <w:t>Throughout my studies, I have maintained a strong academic record and actively participated in extracurricular and community-based initiatives, which have contributed to my overall development.</w:t>
      </w:r>
    </w:p>
    <w:p>
      <w:pPr>
        <w:jc w:val="both"/>
      </w:pPr>
      <w:r>
        <w:rPr>
          <w:b w:val="0"/>
          <w:sz w:val="22"/>
        </w:rPr>
        <w:t>This scholarship will help alleviate financial constraints related to tuition and living expenses, allowing me to focus more effectively on my academic and professional goals.</w:t>
      </w:r>
    </w:p>
    <w:p>
      <w:pPr>
        <w:jc w:val="both"/>
      </w:pPr>
      <w:r>
        <w:rPr>
          <w:b w:val="0"/>
          <w:sz w:val="22"/>
        </w:rPr>
        <w:t>I am committed to pursuing a career in [your field] and contributing positively to this domain through continuous learning and dedication.</w:t>
      </w:r>
    </w:p>
    <w:p>
      <w:pPr>
        <w:jc w:val="both"/>
      </w:pPr>
      <w:r>
        <w:rPr>
          <w:b w:val="0"/>
          <w:sz w:val="22"/>
        </w:rPr>
        <w:t>I appreciate your time and consideration of my application.</w:t>
      </w:r>
    </w:p>
    <w:p>
      <w:pPr>
        <w:jc w:val="both"/>
      </w:pPr>
      <w:r>
        <w:rPr>
          <w:b w:val="0"/>
          <w:sz w:val="22"/>
        </w:rPr>
        <w:t>Sincerely,</w:t>
      </w:r>
    </w:p>
    <w:p>
      <w:pPr>
        <w:jc w:val="both"/>
      </w:pPr>
      <w:r>
        <w:rPr>
          <w:b w:val="0"/>
          <w:sz w:val="22"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