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rPr>
          <w:b/>
          <w:sz w:val="22"/>
        </w:rPr>
        <w:t>RESIGNATION LETTER</w:t>
      </w:r>
    </w:p>
    <w:p>
      <w:pPr>
        <w:jc w:val="both"/>
      </w:pPr>
      <w:r>
        <w:rPr>
          <w:b w:val="0"/>
          <w:sz w:val="22"/>
        </w:rPr>
        <w:t>[Your Name]</w:t>
      </w:r>
    </w:p>
    <w:p>
      <w:pPr>
        <w:jc w:val="both"/>
      </w:pPr>
      <w:r>
        <w:rPr>
          <w:b w:val="0"/>
          <w:sz w:val="22"/>
        </w:rPr>
        <w:t>[Your Address]</w:t>
      </w:r>
    </w:p>
    <w:p>
      <w:pPr>
        <w:jc w:val="both"/>
      </w:pPr>
      <w:r>
        <w:rPr>
          <w:b w:val="0"/>
          <w:sz w:val="22"/>
        </w:rPr>
        <w:t>[City, State, Zip Code]</w:t>
      </w:r>
    </w:p>
    <w:p>
      <w:pPr>
        <w:jc w:val="both"/>
      </w:pPr>
      <w:r>
        <w:rPr>
          <w:b w:val="0"/>
          <w:sz w:val="22"/>
        </w:rPr>
        <w:t>[Email Address] | [Phone Number]</w:t>
      </w:r>
    </w:p>
    <w:p>
      <w:pPr>
        <w:jc w:val="both"/>
      </w:pPr>
      <w:r>
        <w:rPr>
          <w:b w:val="0"/>
          <w:sz w:val="22"/>
        </w:rPr>
        <w:t>[Date]</w:t>
      </w:r>
    </w:p>
    <w:p>
      <w:pPr>
        <w:jc w:val="both"/>
      </w:pPr>
      <w:r>
        <w:rPr>
          <w:b w:val="0"/>
          <w:sz w:val="22"/>
        </w:rPr>
      </w:r>
    </w:p>
    <w:p>
      <w:pPr>
        <w:jc w:val="both"/>
      </w:pPr>
      <w:r>
        <w:rPr>
          <w:b w:val="0"/>
          <w:sz w:val="22"/>
        </w:rPr>
        <w:t>[Employer's Name]</w:t>
      </w:r>
    </w:p>
    <w:p>
      <w:pPr>
        <w:jc w:val="both"/>
      </w:pPr>
      <w:r>
        <w:rPr>
          <w:b w:val="0"/>
          <w:sz w:val="22"/>
        </w:rPr>
        <w:t>[Company Name]</w:t>
      </w:r>
    </w:p>
    <w:p>
      <w:pPr>
        <w:jc w:val="both"/>
      </w:pPr>
      <w:r>
        <w:rPr>
          <w:b w:val="0"/>
          <w:sz w:val="22"/>
        </w:rPr>
        <w:t>[Company Address]</w:t>
      </w:r>
    </w:p>
    <w:p>
      <w:pPr>
        <w:jc w:val="both"/>
      </w:pPr>
      <w:r>
        <w:rPr>
          <w:b w:val="0"/>
          <w:sz w:val="22"/>
        </w:rPr>
        <w:t>[City, State, Zip Code]</w:t>
      </w:r>
    </w:p>
    <w:p>
      <w:pPr>
        <w:jc w:val="both"/>
      </w:pPr>
      <w:r>
        <w:rPr>
          <w:b w:val="0"/>
          <w:sz w:val="22"/>
        </w:rPr>
      </w:r>
    </w:p>
    <w:p>
      <w:pPr>
        <w:jc w:val="both"/>
      </w:pPr>
      <w:r>
        <w:rPr>
          <w:b w:val="0"/>
          <w:sz w:val="22"/>
        </w:rPr>
        <w:t>Dear [Employer's Name],</w:t>
      </w:r>
    </w:p>
    <w:p>
      <w:pPr>
        <w:jc w:val="both"/>
      </w:pPr>
      <w:r>
        <w:rPr>
          <w:b w:val="0"/>
          <w:sz w:val="22"/>
        </w:rPr>
        <w:t>I am writing to formally notify you of my resignation from my position at [Company Name], effective [Last Working Day]. This decision has been made after careful consideration of my professional goals and personal circumstances.</w:t>
      </w:r>
    </w:p>
    <w:p>
      <w:pPr>
        <w:jc w:val="both"/>
      </w:pPr>
      <w:r>
        <w:rPr>
          <w:b w:val="0"/>
          <w:sz w:val="22"/>
        </w:rPr>
        <w:t>I would like to express my sincere appreciation for the opportunities and experiences I have gained during my tenure. It has been a privilege to work with the team and contribute to the organization.</w:t>
      </w:r>
    </w:p>
    <w:p>
      <w:pPr>
        <w:jc w:val="both"/>
      </w:pPr>
      <w:r>
        <w:rPr>
          <w:b w:val="0"/>
          <w:sz w:val="22"/>
        </w:rPr>
        <w:t>During my notice period, I am committed to ensuring a smooth transition of my responsibilities. I am happy to assist in training a replacement or handing over my duties as required.</w:t>
      </w:r>
    </w:p>
    <w:p>
      <w:pPr>
        <w:jc w:val="both"/>
      </w:pPr>
      <w:r>
        <w:rPr>
          <w:b w:val="0"/>
          <w:sz w:val="22"/>
        </w:rPr>
        <w:t>Thank you once again for your support and guidance. I hope to stay in touch and wish the company continued success.</w:t>
      </w:r>
    </w:p>
    <w:p>
      <w:pPr>
        <w:jc w:val="both"/>
      </w:pPr>
      <w:r>
        <w:rPr>
          <w:b w:val="0"/>
          <w:sz w:val="22"/>
        </w:rPr>
        <w:t>Sincerely,</w:t>
      </w:r>
    </w:p>
    <w:p>
      <w:pPr>
        <w:jc w:val="both"/>
      </w:pPr>
      <w:r>
        <w:rPr>
          <w:b w:val="0"/>
          <w:sz w:val="22"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